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A4E4A" w14:textId="77777777" w:rsidR="00DD7CBE" w:rsidRDefault="00000000">
      <w:pPr>
        <w:pStyle w:val="Title"/>
      </w:pPr>
      <w:r>
        <w:t>Webinar Registration Form – Sky High Bank</w:t>
      </w:r>
    </w:p>
    <w:p w14:paraId="123A435A" w14:textId="77777777" w:rsidR="00DD7CBE" w:rsidRDefault="00000000">
      <w:r>
        <w:t>🌟 From Dream to Display: Boutique Financing Made Simple</w:t>
      </w:r>
    </w:p>
    <w:p w14:paraId="60369EB2" w14:textId="77777777" w:rsidR="00DD7CBE" w:rsidRDefault="00000000">
      <w:r>
        <w:t>Free Webinar Registration Form</w:t>
      </w:r>
      <w:r>
        <w:br/>
      </w:r>
    </w:p>
    <w:p w14:paraId="2A730C0D" w14:textId="77777777" w:rsidR="00DD7CBE" w:rsidRDefault="00000000">
      <w:pPr>
        <w:pStyle w:val="Heading1"/>
      </w:pPr>
      <w:r>
        <w:t>🧾 Participant Information</w:t>
      </w:r>
    </w:p>
    <w:p w14:paraId="1AA20C17" w14:textId="77777777" w:rsidR="00DD7CBE" w:rsidRDefault="00000000">
      <w:r>
        <w:t>Full Name: ______________________________________</w:t>
      </w:r>
    </w:p>
    <w:p w14:paraId="55B69F21" w14:textId="77777777" w:rsidR="00DD7CBE" w:rsidRDefault="00000000">
      <w:r>
        <w:t>Business Name: __________________________________</w:t>
      </w:r>
    </w:p>
    <w:p w14:paraId="5A03877C" w14:textId="77777777" w:rsidR="00DD7CBE" w:rsidRDefault="00000000">
      <w:r>
        <w:t>Email Address: ___________________________________</w:t>
      </w:r>
    </w:p>
    <w:p w14:paraId="5471795C" w14:textId="77777777" w:rsidR="00DD7CBE" w:rsidRDefault="00000000">
      <w:r>
        <w:t>Phone Number: ___________________________________</w:t>
      </w:r>
    </w:p>
    <w:p w14:paraId="2049AC0B" w14:textId="77777777" w:rsidR="00DD7CBE" w:rsidRDefault="00000000">
      <w:pPr>
        <w:pStyle w:val="Heading1"/>
      </w:pPr>
      <w:r>
        <w:t>🏬 Boutique Information</w:t>
      </w:r>
    </w:p>
    <w:p w14:paraId="4559F1DF" w14:textId="77777777" w:rsidR="00DD7CBE" w:rsidRDefault="00000000">
      <w:r>
        <w:t>Store Location (City/Province): ___________________________</w:t>
      </w:r>
    </w:p>
    <w:p w14:paraId="26A0C39E" w14:textId="77777777" w:rsidR="00DD7CBE" w:rsidRDefault="00000000">
      <w:r>
        <w:t>Type of Boutique (e.g. clothing, accessories, gifts): __________________</w:t>
      </w:r>
    </w:p>
    <w:p w14:paraId="007D4271" w14:textId="77777777" w:rsidR="00DD7CBE" w:rsidRDefault="00000000">
      <w:r>
        <w:t>Number of Employees: ___________________________</w:t>
      </w:r>
    </w:p>
    <w:p w14:paraId="606AABCF" w14:textId="77777777" w:rsidR="00DD7CBE" w:rsidRDefault="00000000">
      <w:r>
        <w:t>Years in Business: ___________________________</w:t>
      </w:r>
    </w:p>
    <w:p w14:paraId="774E1E55" w14:textId="77777777" w:rsidR="00DD7CBE" w:rsidRDefault="00000000">
      <w:pPr>
        <w:pStyle w:val="Heading1"/>
      </w:pPr>
      <w:r>
        <w:t>🎯 Financing Needs</w:t>
      </w:r>
    </w:p>
    <w:p w14:paraId="0AEE8B08" w14:textId="77777777" w:rsidR="00DD7CBE" w:rsidRDefault="00000000">
      <w:r>
        <w:t>Are you currently seeking a business loan?</w:t>
      </w:r>
      <w:r>
        <w:br/>
        <w:t>☐ Yes</w:t>
      </w:r>
      <w:r>
        <w:br/>
        <w:t>☐ No</w:t>
      </w:r>
    </w:p>
    <w:p w14:paraId="7C5877D0" w14:textId="77777777" w:rsidR="00DD7CBE" w:rsidRDefault="00000000">
      <w:r>
        <w:t>What is your main financial goal this season?</w:t>
      </w:r>
      <w:r>
        <w:br/>
        <w:t>☐ Stock seasonal inventory</w:t>
      </w:r>
      <w:r>
        <w:br/>
        <w:t>☐ Open a new store</w:t>
      </w:r>
      <w:r>
        <w:br/>
        <w:t>☐ Upgrade equipment</w:t>
      </w:r>
      <w:r>
        <w:br/>
        <w:t>☐ Other: ___________________________</w:t>
      </w:r>
    </w:p>
    <w:p w14:paraId="68F95275" w14:textId="77777777" w:rsidR="00DD7CBE" w:rsidRDefault="00000000">
      <w:pPr>
        <w:pStyle w:val="Heading1"/>
      </w:pPr>
      <w:r>
        <w:lastRenderedPageBreak/>
        <w:t>📆 Webinar Details</w:t>
      </w:r>
    </w:p>
    <w:p w14:paraId="3FDD41EC" w14:textId="77777777" w:rsidR="00DD7CBE" w:rsidRDefault="00000000">
      <w:r>
        <w:t>Date: [Insert Date Here]</w:t>
      </w:r>
    </w:p>
    <w:p w14:paraId="2636D866" w14:textId="77777777" w:rsidR="00DD7CBE" w:rsidRDefault="00000000">
      <w:r>
        <w:t>Time: [Insert Time Here]</w:t>
      </w:r>
    </w:p>
    <w:p w14:paraId="2118767B" w14:textId="77777777" w:rsidR="00DD7CBE" w:rsidRDefault="00000000">
      <w:r>
        <w:t>Location: Online (Zoom link will be sent upon registration)</w:t>
      </w:r>
    </w:p>
    <w:p w14:paraId="428613B7" w14:textId="77777777" w:rsidR="00DD7CBE" w:rsidRDefault="00000000">
      <w:pPr>
        <w:pStyle w:val="Heading1"/>
      </w:pPr>
      <w:r>
        <w:t>✅ Consent &amp; Confirmation</w:t>
      </w:r>
    </w:p>
    <w:p w14:paraId="2CAF34D0" w14:textId="77777777" w:rsidR="00DD7CBE" w:rsidRDefault="00000000">
      <w:r>
        <w:t>☐ I agree to receive communications from Sky High Bank about webinar updates and small business financing.</w:t>
      </w:r>
    </w:p>
    <w:p w14:paraId="5889E787" w14:textId="77777777" w:rsidR="00DD7CBE" w:rsidRDefault="00000000">
      <w:r>
        <w:t>Signature: _________________________</w:t>
      </w:r>
    </w:p>
    <w:p w14:paraId="3D840953" w14:textId="77777777" w:rsidR="00DD7CBE" w:rsidRDefault="00000000">
      <w:r>
        <w:t>Date: ____________________________</w:t>
      </w:r>
    </w:p>
    <w:sectPr w:rsidR="00DD7CB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6695823">
    <w:abstractNumId w:val="8"/>
  </w:num>
  <w:num w:numId="2" w16cid:durableId="1757288945">
    <w:abstractNumId w:val="6"/>
  </w:num>
  <w:num w:numId="3" w16cid:durableId="1469543354">
    <w:abstractNumId w:val="5"/>
  </w:num>
  <w:num w:numId="4" w16cid:durableId="1667898610">
    <w:abstractNumId w:val="4"/>
  </w:num>
  <w:num w:numId="5" w16cid:durableId="2141265171">
    <w:abstractNumId w:val="7"/>
  </w:num>
  <w:num w:numId="6" w16cid:durableId="34353234">
    <w:abstractNumId w:val="3"/>
  </w:num>
  <w:num w:numId="7" w16cid:durableId="1389568201">
    <w:abstractNumId w:val="2"/>
  </w:num>
  <w:num w:numId="8" w16cid:durableId="1781335929">
    <w:abstractNumId w:val="1"/>
  </w:num>
  <w:num w:numId="9" w16cid:durableId="809252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5306A"/>
    <w:rsid w:val="007C73AF"/>
    <w:rsid w:val="00AA1D8D"/>
    <w:rsid w:val="00B47730"/>
    <w:rsid w:val="00B87BE2"/>
    <w:rsid w:val="00CB0664"/>
    <w:rsid w:val="00DD7CB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7F4490"/>
  <w14:defaultImageDpi w14:val="300"/>
  <w15:docId w15:val="{7428FB12-5A38-6841-8FCE-90E0A3086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gazal noilaty</cp:lastModifiedBy>
  <cp:revision>2</cp:revision>
  <dcterms:created xsi:type="dcterms:W3CDTF">2025-06-22T02:54:00Z</dcterms:created>
  <dcterms:modified xsi:type="dcterms:W3CDTF">2025-06-22T02:54:00Z</dcterms:modified>
  <cp:category/>
</cp:coreProperties>
</file>